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0AEF5" w14:textId="77777777" w:rsidR="00476F43" w:rsidRDefault="00476F43" w:rsidP="00B5614B">
      <w:pPr>
        <w:pStyle w:val="NoSpacing"/>
        <w:jc w:val="center"/>
        <w:rPr>
          <w:rFonts w:ascii="Times New Roman" w:hAnsi="Times New Roman" w:cs="Times New Roman"/>
          <w:sz w:val="28"/>
          <w:szCs w:val="28"/>
        </w:rPr>
      </w:pPr>
    </w:p>
    <w:p w14:paraId="1C7C12AF" w14:textId="2A498DC6" w:rsidR="00C303E2" w:rsidRPr="00B5614B" w:rsidRDefault="00C303E2" w:rsidP="00B5614B">
      <w:pPr>
        <w:pStyle w:val="NoSpacing"/>
        <w:jc w:val="center"/>
        <w:rPr>
          <w:rFonts w:ascii="Times New Roman" w:hAnsi="Times New Roman" w:cs="Times New Roman"/>
          <w:sz w:val="28"/>
          <w:szCs w:val="28"/>
        </w:rPr>
      </w:pPr>
      <w:r w:rsidRPr="00B5614B">
        <w:rPr>
          <w:rFonts w:ascii="Times New Roman" w:hAnsi="Times New Roman" w:cs="Times New Roman"/>
          <w:sz w:val="28"/>
          <w:szCs w:val="28"/>
        </w:rPr>
        <w:t>Eulogy for Sam Sianis</w:t>
      </w:r>
    </w:p>
    <w:p w14:paraId="4650E360" w14:textId="48B2D10C" w:rsidR="00C303E2" w:rsidRPr="00B5614B" w:rsidRDefault="00C303E2" w:rsidP="00B5614B">
      <w:pPr>
        <w:pStyle w:val="NoSpacing"/>
        <w:jc w:val="center"/>
        <w:rPr>
          <w:rFonts w:ascii="Times New Roman" w:hAnsi="Times New Roman" w:cs="Times New Roman"/>
          <w:sz w:val="28"/>
          <w:szCs w:val="28"/>
        </w:rPr>
      </w:pPr>
      <w:r w:rsidRPr="00B5614B">
        <w:rPr>
          <w:rFonts w:ascii="Times New Roman" w:hAnsi="Times New Roman" w:cs="Times New Roman"/>
          <w:sz w:val="28"/>
          <w:szCs w:val="28"/>
        </w:rPr>
        <w:t>Delivered by Metropolitan Nathanael of Chicago</w:t>
      </w:r>
    </w:p>
    <w:p w14:paraId="25394C21" w14:textId="52AC112F" w:rsidR="00C303E2" w:rsidRPr="00B5614B" w:rsidRDefault="00C303E2" w:rsidP="00B5614B">
      <w:pPr>
        <w:pStyle w:val="NoSpacing"/>
        <w:jc w:val="center"/>
        <w:rPr>
          <w:rFonts w:ascii="Times New Roman" w:hAnsi="Times New Roman" w:cs="Times New Roman"/>
          <w:sz w:val="28"/>
          <w:szCs w:val="28"/>
        </w:rPr>
      </w:pPr>
      <w:r w:rsidRPr="00B5614B">
        <w:rPr>
          <w:rFonts w:ascii="Times New Roman" w:hAnsi="Times New Roman" w:cs="Times New Roman"/>
          <w:sz w:val="28"/>
          <w:szCs w:val="28"/>
        </w:rPr>
        <w:t xml:space="preserve">St. Basil the Great </w:t>
      </w:r>
      <w:r w:rsidR="00B5614B">
        <w:rPr>
          <w:rFonts w:ascii="Times New Roman" w:hAnsi="Times New Roman" w:cs="Times New Roman"/>
          <w:sz w:val="28"/>
          <w:szCs w:val="28"/>
        </w:rPr>
        <w:t xml:space="preserve">Greek Orthodox </w:t>
      </w:r>
      <w:r w:rsidRPr="00B5614B">
        <w:rPr>
          <w:rFonts w:ascii="Times New Roman" w:hAnsi="Times New Roman" w:cs="Times New Roman"/>
          <w:sz w:val="28"/>
          <w:szCs w:val="28"/>
        </w:rPr>
        <w:t>Church, Chicago</w:t>
      </w:r>
    </w:p>
    <w:p w14:paraId="7E03BE49" w14:textId="1168178E" w:rsidR="00C303E2" w:rsidRPr="00B5614B" w:rsidRDefault="00C303E2" w:rsidP="00B5614B">
      <w:pPr>
        <w:pStyle w:val="NoSpacing"/>
        <w:jc w:val="center"/>
        <w:rPr>
          <w:rFonts w:ascii="Times New Roman" w:hAnsi="Times New Roman" w:cs="Times New Roman"/>
          <w:sz w:val="28"/>
          <w:szCs w:val="28"/>
        </w:rPr>
      </w:pPr>
      <w:r w:rsidRPr="00B5614B">
        <w:rPr>
          <w:rFonts w:ascii="Times New Roman" w:hAnsi="Times New Roman" w:cs="Times New Roman"/>
          <w:sz w:val="28"/>
          <w:szCs w:val="28"/>
        </w:rPr>
        <w:t>May 22, 2026</w:t>
      </w:r>
    </w:p>
    <w:p w14:paraId="280AC124" w14:textId="77777777" w:rsidR="00C303E2" w:rsidRPr="00B5614B" w:rsidRDefault="00C303E2" w:rsidP="00B5614B">
      <w:pPr>
        <w:pStyle w:val="NoSpacing"/>
        <w:rPr>
          <w:rFonts w:ascii="Times New Roman" w:hAnsi="Times New Roman" w:cs="Times New Roman"/>
          <w:sz w:val="28"/>
          <w:szCs w:val="28"/>
        </w:rPr>
      </w:pPr>
    </w:p>
    <w:p w14:paraId="245B851A" w14:textId="7EA75455" w:rsidR="00BD44D7" w:rsidRPr="00B5614B" w:rsidRDefault="00BD44D7" w:rsidP="00B5614B">
      <w:pPr>
        <w:pStyle w:val="NoSpacing"/>
        <w:jc w:val="both"/>
        <w:rPr>
          <w:rFonts w:ascii="Times New Roman" w:hAnsi="Times New Roman" w:cs="Times New Roman"/>
          <w:sz w:val="28"/>
          <w:szCs w:val="28"/>
        </w:rPr>
      </w:pPr>
      <w:r w:rsidRPr="00B5614B">
        <w:rPr>
          <w:rFonts w:ascii="Times New Roman" w:hAnsi="Times New Roman" w:cs="Times New Roman"/>
          <w:sz w:val="28"/>
          <w:szCs w:val="28"/>
        </w:rPr>
        <w:t xml:space="preserve">Beloved family members of Sam Sianis, esteemed clergy, Secretary of State Alexi Giannoulias, </w:t>
      </w:r>
      <w:r w:rsidR="00174380">
        <w:rPr>
          <w:rFonts w:ascii="Times New Roman" w:hAnsi="Times New Roman" w:cs="Times New Roman"/>
          <w:sz w:val="28"/>
          <w:szCs w:val="28"/>
        </w:rPr>
        <w:t>City Treasurer Melissa Conyears-Ervin, Alderman Jason Ervin</w:t>
      </w:r>
      <w:r w:rsidRPr="00B5614B">
        <w:rPr>
          <w:rFonts w:ascii="Times New Roman" w:hAnsi="Times New Roman" w:cs="Times New Roman"/>
          <w:sz w:val="28"/>
          <w:szCs w:val="28"/>
        </w:rPr>
        <w:t xml:space="preserve">, </w:t>
      </w:r>
      <w:r w:rsidR="00174380">
        <w:rPr>
          <w:rFonts w:ascii="Times New Roman" w:hAnsi="Times New Roman" w:cs="Times New Roman"/>
          <w:sz w:val="28"/>
          <w:szCs w:val="28"/>
        </w:rPr>
        <w:t xml:space="preserve">most honorable judges, civic and elected officials, </w:t>
      </w:r>
      <w:r w:rsidRPr="00B5614B">
        <w:rPr>
          <w:rFonts w:ascii="Times New Roman" w:hAnsi="Times New Roman" w:cs="Times New Roman"/>
          <w:sz w:val="28"/>
          <w:szCs w:val="28"/>
        </w:rPr>
        <w:t>honored guests, faithful parishioners of St. Basil Greek Orthodox Church, friends and neighbors from across our great city of Chicago, and all who gather here today:</w:t>
      </w:r>
    </w:p>
    <w:p w14:paraId="284A91DB"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412D2F3F" w14:textId="4FCA4477"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Christ is in our midst! He is and ever shall be.</w:t>
      </w:r>
    </w:p>
    <w:p w14:paraId="01782BA6"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7D7A5255" w14:textId="5B4D2D15"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We come together this morning with sorrow in our hearts, but also with gratitude to God for the life of Sam Sianis—a husband, father, grandfather, businessman, parishioner, friend, and beloved son of Chicago.</w:t>
      </w:r>
    </w:p>
    <w:p w14:paraId="7EDE9E49"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58B58DE6" w14:textId="112D8618"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Many people knew Sam through the Billy Goat Tavern, through Chicago sports lore, or through the famous words, “Cheezborger! Cheezborger! Cheezborger! </w:t>
      </w:r>
      <w:r w:rsidR="00174380">
        <w:rPr>
          <w:rFonts w:ascii="Times New Roman" w:hAnsi="Times New Roman" w:cs="Times New Roman"/>
          <w:sz w:val="28"/>
          <w:szCs w:val="28"/>
        </w:rPr>
        <w:t xml:space="preserve">Pepsi, no </w:t>
      </w:r>
      <w:r w:rsidRPr="00B5614B">
        <w:rPr>
          <w:rFonts w:ascii="Times New Roman" w:hAnsi="Times New Roman" w:cs="Times New Roman"/>
          <w:sz w:val="28"/>
          <w:szCs w:val="28"/>
        </w:rPr>
        <w:t>Coke! Chips, no fries!” which became part of Chicago folklore and American popular culture.</w:t>
      </w:r>
    </w:p>
    <w:p w14:paraId="5761262E"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48119688" w14:textId="3D6B45CA"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Yet behind the humor and the fame was the story of a proud Hellene and Greek immigrant who arrived in America in 1955 carrying with him faith, family values, determination, and a willingness to work tirelessly in pursuit of a better life for those he loved.</w:t>
      </w:r>
    </w:p>
    <w:p w14:paraId="4B255598" w14:textId="77777777" w:rsidR="00BD44D7" w:rsidRPr="00B5614B" w:rsidRDefault="00BD44D7" w:rsidP="00B5614B">
      <w:pPr>
        <w:pStyle w:val="NoSpacing"/>
        <w:spacing w:line="276" w:lineRule="auto"/>
        <w:jc w:val="both"/>
        <w:rPr>
          <w:rFonts w:ascii="Times New Roman" w:hAnsi="Times New Roman" w:cs="Times New Roman"/>
          <w:sz w:val="28"/>
          <w:szCs w:val="28"/>
        </w:rPr>
      </w:pPr>
    </w:p>
    <w:p w14:paraId="65C8C169" w14:textId="77777777"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What people encountered in Sam was not merely a businessman or a personality, but a man who genuinely loved others and expressed that love through hard work, humility, sacrifice, and service.</w:t>
      </w:r>
    </w:p>
    <w:p w14:paraId="50B4C557" w14:textId="77777777" w:rsidR="00B5614B" w:rsidRDefault="00B5614B" w:rsidP="00B5614B">
      <w:pPr>
        <w:pStyle w:val="NoSpacing"/>
        <w:spacing w:line="276" w:lineRule="auto"/>
        <w:rPr>
          <w:rFonts w:ascii="Times New Roman" w:hAnsi="Times New Roman" w:cs="Times New Roman"/>
          <w:b/>
          <w:bCs/>
          <w:sz w:val="28"/>
          <w:szCs w:val="28"/>
        </w:rPr>
      </w:pPr>
    </w:p>
    <w:p w14:paraId="61B0C976" w14:textId="37B5B385" w:rsidR="003D0AC4" w:rsidRPr="00B5614B" w:rsidRDefault="00000000" w:rsidP="00B5614B">
      <w:pPr>
        <w:pStyle w:val="NoSpacing"/>
        <w:spacing w:line="276" w:lineRule="auto"/>
        <w:rPr>
          <w:rFonts w:ascii="Times New Roman" w:hAnsi="Times New Roman" w:cs="Times New Roman"/>
          <w:b/>
          <w:bCs/>
          <w:sz w:val="28"/>
          <w:szCs w:val="28"/>
        </w:rPr>
      </w:pPr>
      <w:r w:rsidRPr="00B5614B">
        <w:rPr>
          <w:rFonts w:ascii="Times New Roman" w:hAnsi="Times New Roman" w:cs="Times New Roman"/>
          <w:b/>
          <w:bCs/>
          <w:sz w:val="28"/>
          <w:szCs w:val="28"/>
        </w:rPr>
        <w:t>The Man Behind the Legend</w:t>
      </w:r>
    </w:p>
    <w:p w14:paraId="1482E0CA" w14:textId="77777777" w:rsidR="00C303E2" w:rsidRPr="00B5614B" w:rsidRDefault="00C303E2" w:rsidP="00B5614B">
      <w:pPr>
        <w:pStyle w:val="NoSpacing"/>
        <w:spacing w:line="276" w:lineRule="auto"/>
        <w:rPr>
          <w:rFonts w:ascii="Times New Roman" w:hAnsi="Times New Roman" w:cs="Times New Roman"/>
          <w:sz w:val="28"/>
          <w:szCs w:val="28"/>
        </w:rPr>
      </w:pPr>
    </w:p>
    <w:p w14:paraId="562D986C" w14:textId="73C47CB9" w:rsidR="003D0AC4"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One of the things I will always remember about arriving in Chicago </w:t>
      </w:r>
      <w:r w:rsidR="00BD44D7" w:rsidRPr="00B5614B">
        <w:rPr>
          <w:rFonts w:ascii="Times New Roman" w:hAnsi="Times New Roman" w:cs="Times New Roman"/>
          <w:sz w:val="28"/>
          <w:szCs w:val="28"/>
        </w:rPr>
        <w:t xml:space="preserve">from New York </w:t>
      </w:r>
      <w:r w:rsidRPr="00B5614B">
        <w:rPr>
          <w:rFonts w:ascii="Times New Roman" w:hAnsi="Times New Roman" w:cs="Times New Roman"/>
          <w:sz w:val="28"/>
          <w:szCs w:val="28"/>
        </w:rPr>
        <w:t xml:space="preserve">eight years ago was </w:t>
      </w:r>
      <w:r w:rsidR="00BD44D7" w:rsidRPr="00B5614B">
        <w:rPr>
          <w:rFonts w:ascii="Times New Roman" w:hAnsi="Times New Roman" w:cs="Times New Roman"/>
          <w:sz w:val="28"/>
          <w:szCs w:val="28"/>
        </w:rPr>
        <w:t xml:space="preserve">discovering this city and its people. </w:t>
      </w:r>
      <w:r w:rsidRPr="00B5614B">
        <w:rPr>
          <w:rFonts w:ascii="Times New Roman" w:hAnsi="Times New Roman" w:cs="Times New Roman"/>
          <w:sz w:val="28"/>
          <w:szCs w:val="28"/>
        </w:rPr>
        <w:t xml:space="preserve">Naturally, </w:t>
      </w:r>
      <w:r w:rsidR="00BD44D7" w:rsidRPr="00B5614B">
        <w:rPr>
          <w:rFonts w:ascii="Times New Roman" w:hAnsi="Times New Roman" w:cs="Times New Roman"/>
          <w:sz w:val="28"/>
          <w:szCs w:val="28"/>
        </w:rPr>
        <w:t xml:space="preserve">as the Archbishop of Chicago, my first formal visit </w:t>
      </w:r>
      <w:r w:rsidRPr="00B5614B">
        <w:rPr>
          <w:rFonts w:ascii="Times New Roman" w:hAnsi="Times New Roman" w:cs="Times New Roman"/>
          <w:sz w:val="28"/>
          <w:szCs w:val="28"/>
        </w:rPr>
        <w:t xml:space="preserve">was </w:t>
      </w:r>
      <w:r w:rsidR="00BD44D7" w:rsidRPr="00B5614B">
        <w:rPr>
          <w:rFonts w:ascii="Times New Roman" w:hAnsi="Times New Roman" w:cs="Times New Roman"/>
          <w:sz w:val="28"/>
          <w:szCs w:val="28"/>
        </w:rPr>
        <w:t xml:space="preserve">to </w:t>
      </w:r>
      <w:r w:rsidRPr="00B5614B">
        <w:rPr>
          <w:rFonts w:ascii="Times New Roman" w:hAnsi="Times New Roman" w:cs="Times New Roman"/>
          <w:sz w:val="28"/>
          <w:szCs w:val="28"/>
        </w:rPr>
        <w:t>my Annunciation Cathedral on North LaSalle</w:t>
      </w:r>
      <w:r w:rsidR="00BD44D7" w:rsidRPr="00B5614B">
        <w:rPr>
          <w:rFonts w:ascii="Times New Roman" w:hAnsi="Times New Roman" w:cs="Times New Roman"/>
          <w:sz w:val="28"/>
          <w:szCs w:val="28"/>
        </w:rPr>
        <w:t xml:space="preserve"> Drive</w:t>
      </w:r>
      <w:r w:rsidRPr="00B5614B">
        <w:rPr>
          <w:rFonts w:ascii="Times New Roman" w:hAnsi="Times New Roman" w:cs="Times New Roman"/>
          <w:sz w:val="28"/>
          <w:szCs w:val="28"/>
        </w:rPr>
        <w:t>. But the second place I visited was the Billy Goat Tavern.</w:t>
      </w:r>
    </w:p>
    <w:p w14:paraId="04B11585" w14:textId="77777777" w:rsidR="00B5614B" w:rsidRPr="00B5614B" w:rsidRDefault="00B5614B" w:rsidP="00B5614B">
      <w:pPr>
        <w:pStyle w:val="NoSpacing"/>
        <w:spacing w:line="276" w:lineRule="auto"/>
        <w:jc w:val="both"/>
        <w:rPr>
          <w:rFonts w:ascii="Times New Roman" w:hAnsi="Times New Roman" w:cs="Times New Roman"/>
          <w:sz w:val="28"/>
          <w:szCs w:val="28"/>
        </w:rPr>
      </w:pPr>
    </w:p>
    <w:p w14:paraId="2E3D37EF" w14:textId="759C0322" w:rsidR="003D0AC4" w:rsidRPr="00B5614B" w:rsidRDefault="00BD44D7"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Shortly after arriving, I asked people where I should go if I truly wanted to experience Chicago beyond its landmarks and institutions. Many places were recommended to me, but near the very top of the list was the Billy Goat Tavern.</w:t>
      </w:r>
    </w:p>
    <w:p w14:paraId="4D0DC73C"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6BDF1059" w14:textId="5CDC54C6" w:rsidR="00BD44D7" w:rsidRDefault="00BD44D7"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So, one day, a guide brought me to the entrance leading down toward Lower Michigan Avenue. And I must admit, I remember feeling slightly uneasy. For a moment, I honestly wondered whether someone was having a little fun with me. </w:t>
      </w:r>
    </w:p>
    <w:p w14:paraId="61D0FB06" w14:textId="77777777" w:rsidR="00B5614B" w:rsidRPr="00B5614B" w:rsidRDefault="00B5614B" w:rsidP="00B5614B">
      <w:pPr>
        <w:pStyle w:val="NoSpacing"/>
        <w:spacing w:line="276" w:lineRule="auto"/>
        <w:jc w:val="both"/>
        <w:rPr>
          <w:rFonts w:ascii="Times New Roman" w:hAnsi="Times New Roman" w:cs="Times New Roman"/>
          <w:sz w:val="28"/>
          <w:szCs w:val="28"/>
        </w:rPr>
      </w:pPr>
    </w:p>
    <w:p w14:paraId="7D979759" w14:textId="027F2197" w:rsidR="003D0AC4" w:rsidRPr="00B5614B" w:rsidRDefault="00BD44D7"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But then we descended the stairs and entered the Billy Goat Taver</w:t>
      </w:r>
      <w:r w:rsidR="00415C4F" w:rsidRPr="00B5614B">
        <w:rPr>
          <w:rFonts w:ascii="Times New Roman" w:hAnsi="Times New Roman" w:cs="Times New Roman"/>
          <w:sz w:val="28"/>
          <w:szCs w:val="28"/>
        </w:rPr>
        <w:t>n</w:t>
      </w:r>
      <w:r w:rsidRPr="00B5614B">
        <w:rPr>
          <w:rFonts w:ascii="Times New Roman" w:hAnsi="Times New Roman" w:cs="Times New Roman"/>
          <w:sz w:val="28"/>
          <w:szCs w:val="28"/>
        </w:rPr>
        <w:t>. And like countless others before me, I sat down, enjoyed several cheeseburgers—with jalapeño peppers, of course—and spoke with Sam as he stood at the grill preparing lunch.</w:t>
      </w:r>
    </w:p>
    <w:p w14:paraId="31233DEA"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3B963522" w14:textId="44502352"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What struck me immediately was not </w:t>
      </w:r>
      <w:r w:rsidR="00415C4F" w:rsidRPr="00B5614B">
        <w:rPr>
          <w:rFonts w:ascii="Times New Roman" w:hAnsi="Times New Roman" w:cs="Times New Roman"/>
          <w:sz w:val="28"/>
          <w:szCs w:val="28"/>
        </w:rPr>
        <w:t xml:space="preserve">the </w:t>
      </w:r>
      <w:r w:rsidRPr="00B5614B">
        <w:rPr>
          <w:rFonts w:ascii="Times New Roman" w:hAnsi="Times New Roman" w:cs="Times New Roman"/>
          <w:sz w:val="28"/>
          <w:szCs w:val="28"/>
        </w:rPr>
        <w:t xml:space="preserve">fame </w:t>
      </w:r>
      <w:r w:rsidR="00BD44D7" w:rsidRPr="00B5614B">
        <w:rPr>
          <w:rFonts w:ascii="Times New Roman" w:hAnsi="Times New Roman" w:cs="Times New Roman"/>
          <w:sz w:val="28"/>
          <w:szCs w:val="28"/>
        </w:rPr>
        <w:t>and folklore surrounding the Tavern, but seeing Sam himself standing at the grill, working alongside everyone else.</w:t>
      </w:r>
    </w:p>
    <w:p w14:paraId="3078E65F"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0C812050" w14:textId="376E95B6"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Even after decades of success and recognition, Sam could still be found at the grill, behind the counter, speaking with customers, serving food, cleaning, carrying supplies, and working shoulder to shoulder with his employees. Everyone who entered the Billy Goat was treated the same—journalists, politicians, police officers, firefighters, laborers, celebrities, tourists, neighborhood regulars</w:t>
      </w:r>
      <w:r w:rsidR="00BD44D7" w:rsidRPr="00B5614B">
        <w:rPr>
          <w:rFonts w:ascii="Times New Roman" w:hAnsi="Times New Roman" w:cs="Times New Roman"/>
          <w:sz w:val="28"/>
          <w:szCs w:val="28"/>
        </w:rPr>
        <w:t>, and even Sam’s own Archbishop</w:t>
      </w:r>
      <w:r w:rsidRPr="00B5614B">
        <w:rPr>
          <w:rFonts w:ascii="Times New Roman" w:hAnsi="Times New Roman" w:cs="Times New Roman"/>
          <w:sz w:val="28"/>
          <w:szCs w:val="28"/>
        </w:rPr>
        <w:t>.</w:t>
      </w:r>
    </w:p>
    <w:p w14:paraId="32741A77"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234FAEE7" w14:textId="5F71F941" w:rsidR="003D0AC4" w:rsidRPr="00B5614B" w:rsidRDefault="00000000" w:rsidP="00B5614B">
      <w:pPr>
        <w:pStyle w:val="NoSpacing"/>
        <w:spacing w:line="276" w:lineRule="auto"/>
        <w:rPr>
          <w:rFonts w:ascii="Times New Roman" w:hAnsi="Times New Roman" w:cs="Times New Roman"/>
          <w:b/>
          <w:bCs/>
          <w:sz w:val="28"/>
          <w:szCs w:val="28"/>
        </w:rPr>
      </w:pPr>
      <w:r w:rsidRPr="00B5614B">
        <w:rPr>
          <w:rFonts w:ascii="Times New Roman" w:hAnsi="Times New Roman" w:cs="Times New Roman"/>
          <w:b/>
          <w:bCs/>
          <w:sz w:val="28"/>
          <w:szCs w:val="28"/>
        </w:rPr>
        <w:lastRenderedPageBreak/>
        <w:t>Sacrifice &amp; Service</w:t>
      </w:r>
    </w:p>
    <w:p w14:paraId="3C1F5182" w14:textId="77777777" w:rsidR="00C303E2" w:rsidRPr="00B5614B" w:rsidRDefault="00C303E2" w:rsidP="00B5614B">
      <w:pPr>
        <w:pStyle w:val="NoSpacing"/>
        <w:spacing w:line="276" w:lineRule="auto"/>
        <w:rPr>
          <w:rFonts w:ascii="Times New Roman" w:hAnsi="Times New Roman" w:cs="Times New Roman"/>
          <w:sz w:val="28"/>
          <w:szCs w:val="28"/>
        </w:rPr>
      </w:pPr>
    </w:p>
    <w:p w14:paraId="42F59076" w14:textId="47CE1101"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In recent weeks, our city has mourned public servants like Officer John Bartholomew and firefighter Steven Decker, men whose lives reflected sacrificial service to others. Chicago understands sacrifice because this city is </w:t>
      </w:r>
      <w:r w:rsidR="00597752" w:rsidRPr="00B5614B">
        <w:rPr>
          <w:rFonts w:ascii="Times New Roman" w:hAnsi="Times New Roman" w:cs="Times New Roman"/>
          <w:sz w:val="28"/>
          <w:szCs w:val="28"/>
        </w:rPr>
        <w:t xml:space="preserve">built upon the labor, endurance, and quiet self-offering of countless men and women who give of themselves each day for the sake of others. </w:t>
      </w:r>
    </w:p>
    <w:p w14:paraId="02127768"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61B3CFB7" w14:textId="75E04DCE"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We see this in police officers and firefighters. We see it in teachers, nurses, clergy, parents, laborers, restaurant workers, caregivers</w:t>
      </w:r>
      <w:r w:rsidR="00BD44D7" w:rsidRPr="00B5614B">
        <w:rPr>
          <w:rFonts w:ascii="Times New Roman" w:hAnsi="Times New Roman" w:cs="Times New Roman"/>
          <w:sz w:val="28"/>
          <w:szCs w:val="28"/>
        </w:rPr>
        <w:t>, and so many others</w:t>
      </w:r>
      <w:r w:rsidRPr="00B5614B">
        <w:rPr>
          <w:rFonts w:ascii="Times New Roman" w:hAnsi="Times New Roman" w:cs="Times New Roman"/>
          <w:sz w:val="28"/>
          <w:szCs w:val="28"/>
        </w:rPr>
        <w:t>. We see it especially in immigrants who leave behind everything familiar in order to build a future for their children and grandchildren.</w:t>
      </w:r>
    </w:p>
    <w:p w14:paraId="33B2DC76"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4A3478F2" w14:textId="197B8BE7"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Sam belonged to </w:t>
      </w:r>
      <w:r w:rsidRPr="00B5614B">
        <w:rPr>
          <w:rFonts w:ascii="Times New Roman" w:hAnsi="Times New Roman" w:cs="Times New Roman"/>
          <w:b/>
          <w:bCs/>
          <w:i/>
          <w:iCs/>
          <w:sz w:val="28"/>
          <w:szCs w:val="28"/>
        </w:rPr>
        <w:t>these</w:t>
      </w:r>
      <w:r w:rsidRPr="00B5614B">
        <w:rPr>
          <w:rFonts w:ascii="Times New Roman" w:hAnsi="Times New Roman" w:cs="Times New Roman"/>
          <w:sz w:val="28"/>
          <w:szCs w:val="28"/>
        </w:rPr>
        <w:t xml:space="preserve"> people.</w:t>
      </w:r>
    </w:p>
    <w:p w14:paraId="432ACDDE"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5A10B11B" w14:textId="6FC0668B"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For decades, the Billy Goat Tavern was never simply a business to Sam. It was a place through which he cared for employees, welcomed customers, and served the city he loved.</w:t>
      </w:r>
    </w:p>
    <w:p w14:paraId="1DF794AF"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4D6746CE" w14:textId="70A1DAC9"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He also sacrificed for those closest to him—his beloved wife, Irene; his children, Bill, Tom, Paul, Ted, Jenny, and Patty; and his twelve grandchildren. He gave his strength, his time, his body, and his heart so that those he loved might stand on stronger ground.</w:t>
      </w:r>
    </w:p>
    <w:p w14:paraId="000FD776"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0E141931" w14:textId="18AE2A74"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There is something profoundly beautiful about this kind of sacrifice. Parents and grandparents often labor </w:t>
      </w:r>
      <w:r w:rsidR="00597752" w:rsidRPr="00B5614B">
        <w:rPr>
          <w:rFonts w:ascii="Times New Roman" w:hAnsi="Times New Roman" w:cs="Times New Roman"/>
          <w:sz w:val="28"/>
          <w:szCs w:val="28"/>
        </w:rPr>
        <w:t xml:space="preserve">quietly for decades so that </w:t>
      </w:r>
      <w:r w:rsidRPr="00B5614B">
        <w:rPr>
          <w:rFonts w:ascii="Times New Roman" w:hAnsi="Times New Roman" w:cs="Times New Roman"/>
          <w:sz w:val="28"/>
          <w:szCs w:val="28"/>
        </w:rPr>
        <w:t>their children may not have to endure the very same burdens they carried. Their sacrifice becomes a bridge to a different future</w:t>
      </w:r>
      <w:r w:rsidR="00597752" w:rsidRPr="00B5614B">
        <w:rPr>
          <w:rFonts w:ascii="Times New Roman" w:hAnsi="Times New Roman" w:cs="Times New Roman"/>
          <w:sz w:val="28"/>
          <w:szCs w:val="28"/>
        </w:rPr>
        <w:t>—one buil</w:t>
      </w:r>
      <w:r w:rsidR="00415C4F" w:rsidRPr="00B5614B">
        <w:rPr>
          <w:rFonts w:ascii="Times New Roman" w:hAnsi="Times New Roman" w:cs="Times New Roman"/>
          <w:sz w:val="28"/>
          <w:szCs w:val="28"/>
        </w:rPr>
        <w:t>t</w:t>
      </w:r>
      <w:r w:rsidR="00597752" w:rsidRPr="00B5614B">
        <w:rPr>
          <w:rFonts w:ascii="Times New Roman" w:hAnsi="Times New Roman" w:cs="Times New Roman"/>
          <w:sz w:val="28"/>
          <w:szCs w:val="28"/>
        </w:rPr>
        <w:t xml:space="preserve"> through long hours, worry, perseverance, and love freely given</w:t>
      </w:r>
      <w:r w:rsidRPr="00B5614B">
        <w:rPr>
          <w:rFonts w:ascii="Times New Roman" w:hAnsi="Times New Roman" w:cs="Times New Roman"/>
          <w:sz w:val="28"/>
          <w:szCs w:val="28"/>
        </w:rPr>
        <w:t>.</w:t>
      </w:r>
    </w:p>
    <w:p w14:paraId="1E1133B2"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6354D0CB" w14:textId="293AF337" w:rsidR="00C303E2"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And yet the values that shaped Sam did not disappear in the next generation. His family now carries forward not merely a business or a Chicago institution, but something far greater: a spirit of hospitality, hard work, humility, loyalty, and love for people.</w:t>
      </w:r>
    </w:p>
    <w:p w14:paraId="6FBF5326" w14:textId="77777777" w:rsidR="00BD44D7" w:rsidRPr="00B5614B" w:rsidRDefault="00BD44D7" w:rsidP="00B5614B">
      <w:pPr>
        <w:pStyle w:val="NoSpacing"/>
        <w:spacing w:line="276" w:lineRule="auto"/>
        <w:rPr>
          <w:rFonts w:ascii="Times New Roman" w:hAnsi="Times New Roman" w:cs="Times New Roman"/>
          <w:b/>
          <w:bCs/>
          <w:sz w:val="28"/>
          <w:szCs w:val="28"/>
        </w:rPr>
      </w:pPr>
    </w:p>
    <w:p w14:paraId="76C52F62" w14:textId="263BE88B" w:rsidR="003D0AC4" w:rsidRPr="00B5614B" w:rsidRDefault="00000000" w:rsidP="00B5614B">
      <w:pPr>
        <w:pStyle w:val="NoSpacing"/>
        <w:spacing w:line="276" w:lineRule="auto"/>
        <w:rPr>
          <w:rFonts w:ascii="Times New Roman" w:hAnsi="Times New Roman" w:cs="Times New Roman"/>
          <w:b/>
          <w:bCs/>
          <w:sz w:val="28"/>
          <w:szCs w:val="28"/>
        </w:rPr>
      </w:pPr>
      <w:r w:rsidRPr="00B5614B">
        <w:rPr>
          <w:rFonts w:ascii="Times New Roman" w:hAnsi="Times New Roman" w:cs="Times New Roman"/>
          <w:b/>
          <w:bCs/>
          <w:sz w:val="28"/>
          <w:szCs w:val="28"/>
        </w:rPr>
        <w:lastRenderedPageBreak/>
        <w:t>Faith, Church, &amp; the Eucharist</w:t>
      </w:r>
    </w:p>
    <w:p w14:paraId="1FF42839" w14:textId="77777777" w:rsidR="00BD44D7" w:rsidRPr="00B5614B" w:rsidRDefault="00BD44D7" w:rsidP="00B5614B">
      <w:pPr>
        <w:pStyle w:val="NoSpacing"/>
        <w:spacing w:line="276" w:lineRule="auto"/>
        <w:jc w:val="both"/>
        <w:rPr>
          <w:rFonts w:ascii="Times New Roman" w:hAnsi="Times New Roman" w:cs="Times New Roman"/>
          <w:sz w:val="28"/>
          <w:szCs w:val="28"/>
        </w:rPr>
      </w:pPr>
    </w:p>
    <w:p w14:paraId="05B7C07C" w14:textId="19E5CCF2"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For Sam, this spirit of sacrifice did not begin in the tavern. It flowed from a heart formed by prayer, faith, and devotion to God.</w:t>
      </w:r>
    </w:p>
    <w:p w14:paraId="508FE5FB"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75600E84" w14:textId="2CBC5830"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Sam was a devout Greek Orthodox Christian and a faithful parishioner of St. Basil Greek Orthodox Church. He loved this parish deeply and helped sustain and strengthen it through some of its earliest and most difficult years.</w:t>
      </w:r>
    </w:p>
    <w:p w14:paraId="50BFCF5F"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0119C402" w14:textId="0FCAEA67"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There were few Sundays when Sam was absent from church. People remember him arriving early—sometimes even before the priest—lighting candles, </w:t>
      </w:r>
      <w:r w:rsidR="00BD44D7" w:rsidRPr="00B5614B">
        <w:rPr>
          <w:rFonts w:ascii="Times New Roman" w:hAnsi="Times New Roman" w:cs="Times New Roman"/>
          <w:sz w:val="28"/>
          <w:szCs w:val="28"/>
        </w:rPr>
        <w:t>kneeling</w:t>
      </w:r>
      <w:r w:rsidRPr="00B5614B">
        <w:rPr>
          <w:rFonts w:ascii="Times New Roman" w:hAnsi="Times New Roman" w:cs="Times New Roman"/>
          <w:sz w:val="28"/>
          <w:szCs w:val="28"/>
        </w:rPr>
        <w:t xml:space="preserve"> silently in prayer, standing reverently before God, then leaving briefly to care for employees and customers before </w:t>
      </w:r>
      <w:r w:rsidR="00BD44D7" w:rsidRPr="00B5614B">
        <w:rPr>
          <w:rFonts w:ascii="Times New Roman" w:hAnsi="Times New Roman" w:cs="Times New Roman"/>
          <w:sz w:val="28"/>
          <w:szCs w:val="28"/>
        </w:rPr>
        <w:t>returning</w:t>
      </w:r>
      <w:r w:rsidRPr="00B5614B">
        <w:rPr>
          <w:rFonts w:ascii="Times New Roman" w:hAnsi="Times New Roman" w:cs="Times New Roman"/>
          <w:sz w:val="28"/>
          <w:szCs w:val="28"/>
        </w:rPr>
        <w:t xml:space="preserve"> to receive the Holy Eucharist.</w:t>
      </w:r>
    </w:p>
    <w:p w14:paraId="6BEF9B62"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54814356" w14:textId="11D3C34E" w:rsidR="003D0AC4"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This was not merely </w:t>
      </w:r>
      <w:r w:rsidR="00BD44D7" w:rsidRPr="00B5614B">
        <w:rPr>
          <w:rFonts w:ascii="Times New Roman" w:hAnsi="Times New Roman" w:cs="Times New Roman"/>
          <w:sz w:val="28"/>
          <w:szCs w:val="28"/>
        </w:rPr>
        <w:t xml:space="preserve">a Sunday </w:t>
      </w:r>
      <w:r w:rsidRPr="00B5614B">
        <w:rPr>
          <w:rFonts w:ascii="Times New Roman" w:hAnsi="Times New Roman" w:cs="Times New Roman"/>
          <w:sz w:val="28"/>
          <w:szCs w:val="28"/>
        </w:rPr>
        <w:t>routine</w:t>
      </w:r>
      <w:r w:rsidR="00597752" w:rsidRPr="00B5614B">
        <w:rPr>
          <w:rFonts w:ascii="Times New Roman" w:hAnsi="Times New Roman" w:cs="Times New Roman"/>
          <w:sz w:val="28"/>
          <w:szCs w:val="28"/>
        </w:rPr>
        <w:t xml:space="preserve"> or religious obligation</w:t>
      </w:r>
      <w:r w:rsidRPr="00B5614B">
        <w:rPr>
          <w:rFonts w:ascii="Times New Roman" w:hAnsi="Times New Roman" w:cs="Times New Roman"/>
          <w:sz w:val="28"/>
          <w:szCs w:val="28"/>
        </w:rPr>
        <w:t>.</w:t>
      </w:r>
      <w:r w:rsidR="00597752" w:rsidRPr="00B5614B">
        <w:rPr>
          <w:rFonts w:ascii="Times New Roman" w:hAnsi="Times New Roman" w:cs="Times New Roman"/>
          <w:sz w:val="28"/>
          <w:szCs w:val="28"/>
        </w:rPr>
        <w:t xml:space="preserve"> Prayer was woven into the fabric of his life. The Church was not somewhere Sam visited occasionally; it was where his heart was continually being formed—through worship, gratitude, repentance, and love.</w:t>
      </w:r>
    </w:p>
    <w:p w14:paraId="5CE9CA5A" w14:textId="77777777" w:rsidR="00B5614B" w:rsidRPr="00B5614B" w:rsidRDefault="00B5614B" w:rsidP="00B5614B">
      <w:pPr>
        <w:pStyle w:val="NoSpacing"/>
        <w:spacing w:line="276" w:lineRule="auto"/>
        <w:jc w:val="both"/>
        <w:rPr>
          <w:rFonts w:ascii="Times New Roman" w:hAnsi="Times New Roman" w:cs="Times New Roman"/>
          <w:sz w:val="28"/>
          <w:szCs w:val="28"/>
        </w:rPr>
      </w:pPr>
    </w:p>
    <w:p w14:paraId="7E012670" w14:textId="1B2378FA"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Only days before his repose, Sam received Holy Communion in the hospital. And even in weakness, he opened himself fully to receive the Body and Blood of Christ—just as he had opened his heart throughout his life to God, to his family, to his church, and to the people of Chicago.</w:t>
      </w:r>
    </w:p>
    <w:p w14:paraId="35C4392D" w14:textId="77777777" w:rsidR="00C303E2" w:rsidRPr="00B5614B" w:rsidRDefault="00C303E2" w:rsidP="00B5614B">
      <w:pPr>
        <w:pStyle w:val="NoSpacing"/>
        <w:spacing w:line="276" w:lineRule="auto"/>
        <w:rPr>
          <w:rFonts w:ascii="Times New Roman" w:hAnsi="Times New Roman" w:cs="Times New Roman"/>
          <w:b/>
          <w:bCs/>
          <w:sz w:val="28"/>
          <w:szCs w:val="28"/>
        </w:rPr>
      </w:pPr>
    </w:p>
    <w:p w14:paraId="0D2C8715" w14:textId="47DAF3B5" w:rsidR="003D0AC4" w:rsidRPr="00B5614B" w:rsidRDefault="00000000" w:rsidP="00B5614B">
      <w:pPr>
        <w:pStyle w:val="NoSpacing"/>
        <w:spacing w:line="276" w:lineRule="auto"/>
        <w:rPr>
          <w:rFonts w:ascii="Times New Roman" w:hAnsi="Times New Roman" w:cs="Times New Roman"/>
          <w:b/>
          <w:bCs/>
          <w:sz w:val="28"/>
          <w:szCs w:val="28"/>
        </w:rPr>
      </w:pPr>
      <w:r w:rsidRPr="00B5614B">
        <w:rPr>
          <w:rFonts w:ascii="Times New Roman" w:hAnsi="Times New Roman" w:cs="Times New Roman"/>
          <w:b/>
          <w:bCs/>
          <w:sz w:val="28"/>
          <w:szCs w:val="28"/>
        </w:rPr>
        <w:t>Sotirios: Salvation Through Sacrificial Love</w:t>
      </w:r>
    </w:p>
    <w:p w14:paraId="752CEDEC" w14:textId="77777777" w:rsidR="00C303E2" w:rsidRPr="00B5614B" w:rsidRDefault="00C303E2" w:rsidP="00B5614B">
      <w:pPr>
        <w:pStyle w:val="NoSpacing"/>
        <w:spacing w:line="276" w:lineRule="auto"/>
        <w:rPr>
          <w:rFonts w:ascii="Times New Roman" w:hAnsi="Times New Roman" w:cs="Times New Roman"/>
          <w:sz w:val="28"/>
          <w:szCs w:val="28"/>
        </w:rPr>
      </w:pPr>
    </w:p>
    <w:p w14:paraId="0046F5CB" w14:textId="3A484893" w:rsidR="003D0AC4" w:rsidRPr="00B5614B" w:rsidRDefault="00597752"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There is something deeply meaningful in Sam’s full Christian name, Sotirios—a name that means “Savior,” one of the titles we give to Jesus Christ Himself.</w:t>
      </w:r>
    </w:p>
    <w:p w14:paraId="26FDD04D"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3D5012F6" w14:textId="7B26E401"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Of course, only Christ is the Savior of the world. Only Christ conquers death and grants eternal life. And yet every time a human being sacrifices himself in love for another person, he participates—however imperfectly—in the saving love of God.</w:t>
      </w:r>
    </w:p>
    <w:p w14:paraId="40982F7C"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1D722900" w14:textId="77777777" w:rsidR="00415C4F"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This is what Christ reveals to us on the Cross: that love </w:t>
      </w:r>
      <w:r w:rsidR="00BD44D7" w:rsidRPr="00B5614B">
        <w:rPr>
          <w:rFonts w:ascii="Times New Roman" w:hAnsi="Times New Roman" w:cs="Times New Roman"/>
          <w:sz w:val="28"/>
          <w:szCs w:val="28"/>
        </w:rPr>
        <w:t xml:space="preserve">carries both sweetness and sacrifice. To truly love another person is always to give something of oneself. </w:t>
      </w:r>
      <w:r w:rsidRPr="00B5614B">
        <w:rPr>
          <w:rFonts w:ascii="Times New Roman" w:hAnsi="Times New Roman" w:cs="Times New Roman"/>
          <w:sz w:val="28"/>
          <w:szCs w:val="28"/>
        </w:rPr>
        <w:t>As the Lord says in the Gospel of John, “Greater love has no one than this, than to lay down one’s life for his friends” (John 15:13).</w:t>
      </w:r>
      <w:r w:rsidR="00BD44D7" w:rsidRPr="00B5614B">
        <w:rPr>
          <w:rFonts w:ascii="Times New Roman" w:hAnsi="Times New Roman" w:cs="Times New Roman"/>
          <w:sz w:val="28"/>
          <w:szCs w:val="28"/>
        </w:rPr>
        <w:t xml:space="preserve"> </w:t>
      </w:r>
    </w:p>
    <w:p w14:paraId="241EE3CB" w14:textId="77777777" w:rsidR="00B5614B" w:rsidRPr="00B5614B" w:rsidRDefault="00B5614B" w:rsidP="00B5614B">
      <w:pPr>
        <w:pStyle w:val="NoSpacing"/>
        <w:spacing w:line="276" w:lineRule="auto"/>
        <w:jc w:val="both"/>
        <w:rPr>
          <w:rFonts w:ascii="Times New Roman" w:hAnsi="Times New Roman" w:cs="Times New Roman"/>
          <w:sz w:val="28"/>
          <w:szCs w:val="28"/>
        </w:rPr>
      </w:pPr>
    </w:p>
    <w:p w14:paraId="5262431D" w14:textId="3F9BA3A4" w:rsidR="00BD44D7" w:rsidRPr="00B5614B" w:rsidRDefault="00BD44D7"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Saint John Chrysostom teaches us that love is not merely something we feel or speak about, but something we offer through concrete acts of care, sacrifice, and hospitality.</w:t>
      </w:r>
    </w:p>
    <w:p w14:paraId="370A8689" w14:textId="77777777" w:rsidR="00BD44D7" w:rsidRPr="00B5614B" w:rsidRDefault="00BD44D7" w:rsidP="00B5614B">
      <w:pPr>
        <w:pStyle w:val="NoSpacing"/>
        <w:spacing w:line="276" w:lineRule="auto"/>
        <w:jc w:val="both"/>
        <w:rPr>
          <w:rFonts w:ascii="Times New Roman" w:hAnsi="Times New Roman" w:cs="Times New Roman"/>
          <w:sz w:val="28"/>
          <w:szCs w:val="28"/>
        </w:rPr>
      </w:pPr>
    </w:p>
    <w:p w14:paraId="0A5FC65F" w14:textId="69670507"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Sam understood this. </w:t>
      </w:r>
      <w:r w:rsidR="00597752" w:rsidRPr="00B5614B">
        <w:rPr>
          <w:rFonts w:ascii="Times New Roman" w:hAnsi="Times New Roman" w:cs="Times New Roman"/>
          <w:sz w:val="28"/>
          <w:szCs w:val="28"/>
        </w:rPr>
        <w:t xml:space="preserve">While only Christ grants eternal salvation, Sam’s sacrifices brought comfort, stability, opportunity, joy, encouragement, and hope to countless people. </w:t>
      </w:r>
    </w:p>
    <w:p w14:paraId="03F1FFEA"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06F00EEF" w14:textId="43D245B2" w:rsidR="003D0AC4" w:rsidRPr="00B5614B" w:rsidRDefault="00000000" w:rsidP="00B5614B">
      <w:pPr>
        <w:pStyle w:val="NoSpacing"/>
        <w:spacing w:line="276" w:lineRule="auto"/>
        <w:rPr>
          <w:rFonts w:ascii="Times New Roman" w:hAnsi="Times New Roman" w:cs="Times New Roman"/>
          <w:b/>
          <w:bCs/>
          <w:sz w:val="28"/>
          <w:szCs w:val="28"/>
        </w:rPr>
      </w:pPr>
      <w:r w:rsidRPr="00B5614B">
        <w:rPr>
          <w:rFonts w:ascii="Times New Roman" w:hAnsi="Times New Roman" w:cs="Times New Roman"/>
          <w:b/>
          <w:bCs/>
          <w:sz w:val="28"/>
          <w:szCs w:val="28"/>
        </w:rPr>
        <w:t>The Fragrance of Holiness</w:t>
      </w:r>
    </w:p>
    <w:p w14:paraId="602210CD" w14:textId="77777777" w:rsidR="00C303E2" w:rsidRPr="00B5614B" w:rsidRDefault="00C303E2" w:rsidP="00B5614B">
      <w:pPr>
        <w:pStyle w:val="NoSpacing"/>
        <w:spacing w:line="276" w:lineRule="auto"/>
        <w:rPr>
          <w:rFonts w:ascii="Times New Roman" w:hAnsi="Times New Roman" w:cs="Times New Roman"/>
          <w:sz w:val="28"/>
          <w:szCs w:val="28"/>
        </w:rPr>
      </w:pPr>
    </w:p>
    <w:p w14:paraId="42798A44" w14:textId="7EE999EE"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In a few moments, many of us will come forward one last time to greet Sam, to offer a final kiss of peace, and to commend him to God. And as we do, we should remember something important: holiness does not always appear where—or in whom—we expect to find it.</w:t>
      </w:r>
    </w:p>
    <w:p w14:paraId="0204EA4A"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4BBA2952" w14:textId="15EB616A"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We often associate holiness with the fragrance of incense drifting through a church, with the quiet stillness of monasteries, with saints whose icons surround us, or with spiritual men and women whose lives seem radiant with grace. And indeed, these are holy places and holy people. They remind us of the beauty of heaven and the presence of God among His people.</w:t>
      </w:r>
    </w:p>
    <w:p w14:paraId="48F0E4BB"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3FD007BB" w14:textId="119CD700"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But holiness may also be found in places carrying very different scents: in hospital rooms and emergency wards, in shelters and beneath the hard spaces of a city, in kitchens and factories, and even beneath Michigan Avenue amid the smell of grilled onions, burgers, laughter, and the ordinary rhythms of human life.</w:t>
      </w:r>
    </w:p>
    <w:p w14:paraId="45800E7D"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2AC55BB7" w14:textId="40923A5B"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And holiness also dwell</w:t>
      </w:r>
      <w:r w:rsidR="00415C4F" w:rsidRPr="00B5614B">
        <w:rPr>
          <w:rFonts w:ascii="Times New Roman" w:hAnsi="Times New Roman" w:cs="Times New Roman"/>
          <w:sz w:val="28"/>
          <w:szCs w:val="28"/>
        </w:rPr>
        <w:t>s</w:t>
      </w:r>
      <w:r w:rsidRPr="00B5614B">
        <w:rPr>
          <w:rFonts w:ascii="Times New Roman" w:hAnsi="Times New Roman" w:cs="Times New Roman"/>
          <w:sz w:val="28"/>
          <w:szCs w:val="28"/>
        </w:rPr>
        <w:t xml:space="preserve"> within ordinary people—the person working beside us, preparing our meals, caring for a family, opening a door for a stranger, </w:t>
      </w:r>
      <w:r w:rsidRPr="00B5614B">
        <w:rPr>
          <w:rFonts w:ascii="Times New Roman" w:hAnsi="Times New Roman" w:cs="Times New Roman"/>
          <w:sz w:val="28"/>
          <w:szCs w:val="28"/>
        </w:rPr>
        <w:lastRenderedPageBreak/>
        <w:t>sacrificing silently for others, and showing up day after day in love and faithfulness.</w:t>
      </w:r>
    </w:p>
    <w:p w14:paraId="315E0124"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0BFF6F58" w14:textId="77777777" w:rsidR="00597752"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For wherever sacrificial love is offered sincerely, Christ is present. </w:t>
      </w:r>
    </w:p>
    <w:p w14:paraId="3A757EF6" w14:textId="77777777" w:rsidR="00597752" w:rsidRPr="00B5614B" w:rsidRDefault="00597752" w:rsidP="00B5614B">
      <w:pPr>
        <w:pStyle w:val="NoSpacing"/>
        <w:spacing w:line="276" w:lineRule="auto"/>
        <w:jc w:val="both"/>
        <w:rPr>
          <w:rFonts w:ascii="Times New Roman" w:hAnsi="Times New Roman" w:cs="Times New Roman"/>
          <w:sz w:val="28"/>
          <w:szCs w:val="28"/>
        </w:rPr>
      </w:pPr>
    </w:p>
    <w:p w14:paraId="138A58F6" w14:textId="77777777" w:rsidR="00597752"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And that is why so many people encountered something holy in Sam</w:t>
      </w:r>
      <w:r w:rsidR="00597752" w:rsidRPr="00B5614B">
        <w:rPr>
          <w:rFonts w:ascii="Times New Roman" w:hAnsi="Times New Roman" w:cs="Times New Roman"/>
          <w:sz w:val="28"/>
          <w:szCs w:val="28"/>
        </w:rPr>
        <w:t>.</w:t>
      </w:r>
      <w:r w:rsidRPr="00B5614B">
        <w:rPr>
          <w:rFonts w:ascii="Times New Roman" w:hAnsi="Times New Roman" w:cs="Times New Roman"/>
          <w:sz w:val="28"/>
          <w:szCs w:val="28"/>
        </w:rPr>
        <w:t xml:space="preserve"> </w:t>
      </w:r>
    </w:p>
    <w:p w14:paraId="2B7C2A2E" w14:textId="77777777" w:rsidR="00597752" w:rsidRPr="00B5614B" w:rsidRDefault="00597752"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Not because he was famous. </w:t>
      </w:r>
    </w:p>
    <w:p w14:paraId="43E9A99D" w14:textId="77777777" w:rsidR="00597752" w:rsidRPr="00B5614B" w:rsidRDefault="00597752"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Not because he became part of Chicago folklore. </w:t>
      </w:r>
    </w:p>
    <w:p w14:paraId="705C3998" w14:textId="0D7A9907" w:rsidR="003D0AC4" w:rsidRPr="00B5614B" w:rsidRDefault="00597752"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 xml:space="preserve">But because, day after day and year after year, he loved and served others faithfully, humbly, and sacrificially. </w:t>
      </w:r>
    </w:p>
    <w:p w14:paraId="0E317C50"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1D1A6C50" w14:textId="7E5E9971"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May God grant rest to the soul of His servant Sotirios.</w:t>
      </w:r>
    </w:p>
    <w:p w14:paraId="51B3685E" w14:textId="77777777" w:rsidR="00C303E2" w:rsidRPr="00B5614B" w:rsidRDefault="00C303E2" w:rsidP="00B5614B">
      <w:pPr>
        <w:pStyle w:val="NoSpacing"/>
        <w:spacing w:line="276" w:lineRule="auto"/>
        <w:jc w:val="both"/>
        <w:rPr>
          <w:rFonts w:ascii="Times New Roman" w:hAnsi="Times New Roman" w:cs="Times New Roman"/>
          <w:sz w:val="28"/>
          <w:szCs w:val="28"/>
        </w:rPr>
      </w:pPr>
    </w:p>
    <w:p w14:paraId="19BA08B7" w14:textId="1B7AD112" w:rsidR="003D0AC4" w:rsidRPr="00B5614B" w:rsidRDefault="00000000" w:rsidP="00B5614B">
      <w:pPr>
        <w:pStyle w:val="NoSpacing"/>
        <w:spacing w:line="276" w:lineRule="auto"/>
        <w:jc w:val="both"/>
        <w:rPr>
          <w:rFonts w:ascii="Times New Roman" w:hAnsi="Times New Roman" w:cs="Times New Roman"/>
          <w:sz w:val="28"/>
          <w:szCs w:val="28"/>
        </w:rPr>
      </w:pPr>
      <w:r w:rsidRPr="00B5614B">
        <w:rPr>
          <w:rFonts w:ascii="Times New Roman" w:hAnsi="Times New Roman" w:cs="Times New Roman"/>
          <w:sz w:val="28"/>
          <w:szCs w:val="28"/>
        </w:rPr>
        <w:t>And may his memory be eternal.</w:t>
      </w:r>
    </w:p>
    <w:sectPr w:rsidR="003D0AC4" w:rsidRPr="00B5614B" w:rsidSect="00F4582C">
      <w:footerReference w:type="even" r:id="rId8"/>
      <w:footerReference w:type="default" r:id="rId9"/>
      <w:head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010EA" w14:textId="77777777" w:rsidR="00B55C85" w:rsidRDefault="00B55C85" w:rsidP="00F4582C">
      <w:pPr>
        <w:spacing w:after="0" w:line="240" w:lineRule="auto"/>
      </w:pPr>
      <w:r>
        <w:separator/>
      </w:r>
    </w:p>
  </w:endnote>
  <w:endnote w:type="continuationSeparator" w:id="0">
    <w:p w14:paraId="13C3E27D" w14:textId="77777777" w:rsidR="00B55C85" w:rsidRDefault="00B55C85" w:rsidP="00F45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0401922"/>
      <w:docPartObj>
        <w:docPartGallery w:val="Page Numbers (Bottom of Page)"/>
        <w:docPartUnique/>
      </w:docPartObj>
    </w:sdtPr>
    <w:sdtContent>
      <w:p w14:paraId="3A5C9B0A" w14:textId="66EC6FEA" w:rsidR="00F4582C" w:rsidRDefault="00F4582C" w:rsidP="00C06A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33C462B" w14:textId="77777777" w:rsidR="00F4582C" w:rsidRDefault="00F4582C" w:rsidP="00F458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1463529"/>
      <w:docPartObj>
        <w:docPartGallery w:val="Page Numbers (Bottom of Page)"/>
        <w:docPartUnique/>
      </w:docPartObj>
    </w:sdtPr>
    <w:sdtContent>
      <w:p w14:paraId="298CCB96" w14:textId="13734064" w:rsidR="00F4582C" w:rsidRDefault="00F4582C" w:rsidP="00C06A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D88C57" w14:textId="77777777" w:rsidR="00F4582C" w:rsidRDefault="00F4582C" w:rsidP="00F458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53BDA" w14:textId="77777777" w:rsidR="00B55C85" w:rsidRDefault="00B55C85" w:rsidP="00F4582C">
      <w:pPr>
        <w:spacing w:after="0" w:line="240" w:lineRule="auto"/>
      </w:pPr>
      <w:r>
        <w:separator/>
      </w:r>
    </w:p>
  </w:footnote>
  <w:footnote w:type="continuationSeparator" w:id="0">
    <w:p w14:paraId="63DAC7A4" w14:textId="77777777" w:rsidR="00B55C85" w:rsidRDefault="00B55C85" w:rsidP="00F45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C7493" w14:textId="31F3FDF0" w:rsidR="00476F43" w:rsidRDefault="00476F43" w:rsidP="00476F43">
    <w:pPr>
      <w:pStyle w:val="Header"/>
      <w:jc w:val="center"/>
    </w:pPr>
    <w:r>
      <w:rPr>
        <w:noProof/>
      </w:rPr>
      <w:drawing>
        <wp:inline distT="0" distB="0" distL="0" distR="0" wp14:anchorId="7861B7ED" wp14:editId="5DD124D5">
          <wp:extent cx="1396652" cy="1417182"/>
          <wp:effectExtent l="0" t="0" r="635" b="5715"/>
          <wp:docPr id="211238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87320" name="Picture 2112387320"/>
                  <pic:cNvPicPr/>
                </pic:nvPicPr>
                <pic:blipFill>
                  <a:blip r:embed="rId1"/>
                  <a:stretch>
                    <a:fillRect/>
                  </a:stretch>
                </pic:blipFill>
                <pic:spPr>
                  <a:xfrm>
                    <a:off x="0" y="0"/>
                    <a:ext cx="1408517" cy="14292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02402269">
    <w:abstractNumId w:val="8"/>
  </w:num>
  <w:num w:numId="2" w16cid:durableId="1413115591">
    <w:abstractNumId w:val="6"/>
  </w:num>
  <w:num w:numId="3" w16cid:durableId="890308979">
    <w:abstractNumId w:val="5"/>
  </w:num>
  <w:num w:numId="4" w16cid:durableId="1586113804">
    <w:abstractNumId w:val="4"/>
  </w:num>
  <w:num w:numId="5" w16cid:durableId="672150233">
    <w:abstractNumId w:val="7"/>
  </w:num>
  <w:num w:numId="6" w16cid:durableId="1529292911">
    <w:abstractNumId w:val="3"/>
  </w:num>
  <w:num w:numId="7" w16cid:durableId="180242194">
    <w:abstractNumId w:val="2"/>
  </w:num>
  <w:num w:numId="8" w16cid:durableId="670524804">
    <w:abstractNumId w:val="1"/>
  </w:num>
  <w:num w:numId="9" w16cid:durableId="1931814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74380"/>
    <w:rsid w:val="0029639D"/>
    <w:rsid w:val="00326F90"/>
    <w:rsid w:val="003D0AC4"/>
    <w:rsid w:val="00415C4F"/>
    <w:rsid w:val="00476F43"/>
    <w:rsid w:val="0048107E"/>
    <w:rsid w:val="004F4ED3"/>
    <w:rsid w:val="00597752"/>
    <w:rsid w:val="00625B3C"/>
    <w:rsid w:val="007049E6"/>
    <w:rsid w:val="007A410A"/>
    <w:rsid w:val="00A3469C"/>
    <w:rsid w:val="00AA1D8D"/>
    <w:rsid w:val="00B47730"/>
    <w:rsid w:val="00B55C85"/>
    <w:rsid w:val="00B5614B"/>
    <w:rsid w:val="00BA2D8D"/>
    <w:rsid w:val="00BD44D7"/>
    <w:rsid w:val="00C303E2"/>
    <w:rsid w:val="00CB0664"/>
    <w:rsid w:val="00EF32E8"/>
    <w:rsid w:val="00F4582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C6441A"/>
  <w14:defaultImageDpi w14:val="300"/>
  <w15:docId w15:val="{47FE05CC-A2A2-D341-BC28-1982AB5CD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BD44D7"/>
    <w:pPr>
      <w:spacing w:before="100" w:beforeAutospacing="1" w:after="100" w:afterAutospacing="1" w:line="240" w:lineRule="auto"/>
    </w:pPr>
    <w:rPr>
      <w:rFonts w:eastAsia="Times New Roman" w:cs="Times New Roman"/>
      <w:szCs w:val="24"/>
    </w:rPr>
  </w:style>
  <w:style w:type="character" w:styleId="PageNumber">
    <w:name w:val="page number"/>
    <w:basedOn w:val="DefaultParagraphFont"/>
    <w:uiPriority w:val="99"/>
    <w:semiHidden/>
    <w:unhideWhenUsed/>
    <w:rsid w:val="00F45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1447</Words>
  <Characters>7361</Characters>
  <Application>Microsoft Office Word</Application>
  <DocSecurity>0</DocSecurity>
  <Lines>186</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Metropolitan Nathanael</dc:creator>
  <cp:keywords/>
  <dc:description/>
  <cp:lastModifiedBy>Chris Varones</cp:lastModifiedBy>
  <cp:revision>3</cp:revision>
  <dcterms:created xsi:type="dcterms:W3CDTF">2026-05-22T17:26:00Z</dcterms:created>
  <dcterms:modified xsi:type="dcterms:W3CDTF">2026-05-22T17:43:00Z</dcterms:modified>
  <cp:category/>
</cp:coreProperties>
</file>